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למשפחה, לשורשים ולמקום המגורים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עץ משפחה, ראיון וקהילה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שלכל משפחה ולכל יישוב יש סיפור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ציור שמראה את בני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דוד או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פמוט ישן של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משפחות באות בהרבה צורות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בונים ראיון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מקום התחיל פעם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השיעור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(משפחה קרובה ומורחבת)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(ראיון עם אדם 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(חפץ עם סיפור 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(משמעות וסיפור השם)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הראיון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לתכנן שאלות לפני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לרשום את מה שסיפרו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שם האדם וסיבה קצרה לחשיבותו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שורשים, גזע, ענפים או בני משפחה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להקשיב, לשאול בנימוס ולרשום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ישן עם זיכרון - למשל תמונה, מתכון או תכשיט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לכל תלמיד ותלמידה לבחור 'משפחה שבחרתי' או 'אדם שחשוב לי' במקום משפחה גרעינית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ברגישות לילדים עם הרכבי משפחה שונים ולאפשר גמישות בתשובות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קצר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לומדים על המעגלים שלנו - המשפחה, החפצים שעוברים בינינו, השם שלנו והיישוב שבו אנחנו גרים. בדף הזה נתרגל את המילים והרעיונות המרכזיים.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ראיון  ·  גזע  ·  סיפור  ·  קהילה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ציור שמראה את 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יכול להיות חלק מהמעגל המורחב?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דוד או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אח או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יכול להיות 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פמוט ישן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עיתון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כדור חדש מהחנות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המשפחות יש בדיוק אותה 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כולל שאלות, הקשבה ורישום 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ליישוב שגרים בו יש היסטוריה והתחלה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עץ משפחה מורכב משורשים, __________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שיחה שבה שואלים שאלות ומקשיבים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האנשים שגרים ביחד במקום אחד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חפץ ישן ששומר זיכרון משפחתי נקרא חפץ עם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השיעור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המעגלים של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חפץ עם סיפור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ספרו לי איך היה פעם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משמעות וסיפור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חפצים שזוכרים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ראיון עם אדם מבוגר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מסתתר 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משפחה קרובה ומורחבת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הראיון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את השאלות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לתכנן שאלות לפני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לרשום את מה שסיפרו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בתשומת לב לתשובות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אדם אחד שחשוב לכם במעגל המשפחה שלכם, ולמה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דברים שאפשר למצוא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לעשות בזמן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