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למשפחה, לשורשים ולמקום המגורים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עץ משפחה, ראיון וקהילה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שלכל משפחה ולכל יישוב יש סיפור משלו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ציור שמראה את בני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דוד או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לשמוע סיפורים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פמוט ישן של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סיפור, משמעות או מקור של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כל האנשים שחיים יחד במקום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משפחות באות בהרבה צורות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בונים ראיון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מקום התחיל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כינוי הוא שם חיבה שלא תמיד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מטרת התערוכה הכיתתית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גם ילדים יכולים לתרום לקהילה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השיעור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(משפחה קרובה ומורחבת)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(ראיון עם אדם 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(חפץ עם סיפור משפחתי)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(משמעות וסיפור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(איך המקום התחיל)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(מי עוזר לקהילה)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לתכנן שאלות לפני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את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בתשומת לב לתשובות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לרשום את מה שסיפרו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להודות למרואיין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שם האדם וסיבה קצרה לחשיבותו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החפץ ומה הסיפור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שורשים, גזע, ענפים או בני משפחה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להקשיב, לשאול בנימוס ולרשום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חפץ ישן עם זיכרון - למשל תמונה, מתכון או תכשיט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לאפשר לכל תלמיד ותלמידה לבחור 'משפחה שבחרתי' או 'אדם שחשוב לי' במקום משפחה גרעינית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ברגישות לילדים עם הרכבי משפחה שונים ולאפשר גמישות בתשובות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קצר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משפחה, שם, חפצים מהבית והמקום שאנחנו גרים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האנשים, הסיפורים והמקום שמהם אנחנו באים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מי שייך למשפחה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קרובים אליי - קרובה או מורחבת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ומקשיבים לתשובות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- סיפורים, מנהגים וחפצים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אנשים גרים ביחד, כמו עיר או כפר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האנשים שגרים וחיים ביחד במקום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עם 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ישן שיש לו משמעות וזיכרון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מראה עץ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שמראה את בני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של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שייך למעגל המורחב של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או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אח או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חברים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מראיינים אדם מבוגר?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לשמוע סיפורים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לרוץ מרחק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חפץ שומר זיכרון משפחתי?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פמוט ישן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עיתון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 חדש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מחברת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יכול לספר לנו השם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הגיל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סיפור, משמעות או מקור של השם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הכתובת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הצבע האהוב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המילה קהילה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משפחה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האנשים שחיים יחד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בית ספר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חנות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המשפחות יש בדיוק אותה צורה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כולל שאלות, הקשבה ורישום תשובות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ליישוב שגרים בו יש היסטוריה והתחלה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הוא שם רשמי בתעודת זהות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בתערוכת השורשים אפשר להציג סיפורים וחפצים ממשפחות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שעוזרים לקהילה יכולים להיות רק 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עץ משפחה מורכב משורשים, __________ וענפים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שיחה שבה שואלים שאלות ומקשיבים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האנשים שגרים ביחד במקום אחד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חפץ ישן ששומר זיכרון משפחתי נקרא חפץ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המקום שבו אנחנו גרים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האנשים, הסיפורים והמקום שמהם אנחנו באים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השיעור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המעגלים של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ראיון עם אדם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ספרו לי איך היה פעם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חפץ עם סיפור 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חפצים שזוכרים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המקום התחיל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מסתתר בשם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עוזר לקהילה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היישוב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משמעות וסיפור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אנשים טובים ביישוב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משפחה קרובה ומורחבת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הראיון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השאלות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בתשומת לב לתשובות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לרשום את מה שסיפרו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להודות למרואיין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לתכנן שאלות לפני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אדם אחד שחשוב לכם במעגל המשפחה שלכם, ולמה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בקצרה על חפץ אחד שיש לו סיפור במשפחה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דברים שאפשר למצוא בעץ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בזמן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לחפץ עם סיפור משפחתי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ומקום – המשפחה שלי והיישוב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