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למשפחה, לשורשים ולמקום המגורים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עץ משפחה, ראיון וקהילה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ההבנה שלכל משפחה ולכל יישוב יש סיפור משלו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ציור שמראה את בני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דוד או 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לשמוע סיפורים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פמוט ישן של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סיפור, משמעות או מקור של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כל האנשים שחיים יחד במקום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משפחות באות בהרבה צורות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בונים ראיון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מקום התחיל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כינוי הוא שם חיבה שלא תמיד רשמי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מטרת התערוכה הכיתתית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גם ילדים יכולים לתרום לקהילה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גזע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השיעור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(משפחה קרובה ומורחבת)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(ראיון עם אדם 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(חפץ עם סיפור משפחתי)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(משמעות וסיפור השם)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(איך המקום התחיל)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(מי עוזר לקהילה)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הראיון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לתכנן שאלות לפני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 את השאלות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בתשומת לב לתשובות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לרשום את מה שסיפרו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להודות למרואיין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שם האדם וסיבה קצרה לחשיבותו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החפץ ומה הסיפור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שורשים, גזע, ענפים או בני משפחה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להקשיב, לשאול בנימוס ולרשום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חפץ ישן עם זיכרון - למשל תמונה, מתכון או תכשיט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לאפשר לכל תלמיד ותלמידה לבחור 'משפחה שבחרתי' או 'אדם שחשוב לי' במקום משפחה גרעינית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ברגישות לילדים עם הרכבי משפחה שונים ולאפשר גמישות בתשובות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קצר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לומדים על המעגלים שלנו - המשפחה, החפצים שעוברים בינינו, השם שלנו והיישוב שבו אנחנו גרים. בדף הזה נתרגל את המילים והרעיונות המרכזיים.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עץ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שמראה את בני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 של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יכול להיות חלק מהמעגל המורחב?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או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אח או 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חברים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עושים ראיון עם אדם מבוגר?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לשחק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לשמוע סיפורים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לצייר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לרוץ מרחק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יכול להיות חפץ עם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פמוט ישן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עיתון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 חדש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מחברת 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ללמוד משם שלנו?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הגיל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סיפור, משמעות או מקור של השם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הכתובת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הצבע האהוב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משפחה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האנשים שחיים יחד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בית ספר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חנות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המשפחות יש בדיוק אותה צורה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כולל שאלות, הקשבה ורישום תשובות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ליישוב שגרים בו יש היסטוריה והתחלה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הוא שם רשמי בתעודת זהות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בתערוכת השורשים אפשר להציג סיפורים וחפצים ממשפחות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שעוזרים לקהילה יכולים להיות רק 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עץ משפחה מורכב משורשים, __________ וענפים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שיחה שבה שואלים שאלות ומקשיבים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האנשים שגרים ביחד במקום אחד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חפץ ישן ששומר זיכרון משפחתי נקרא חפץ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המקום שבו אנחנו גרים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האנשים, הסיפורים והמקום שמהם אנחנו באים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השיעור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המעגלים של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משמעות וסיפור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ספרו לי איך היה פעם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משפחה קרובה ומורחבת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חפצים שזוכרים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ראיון עם אדם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מסתתר בשם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עוזר לקהילה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היישוב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עם סיפור משפחתי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אנשים טובים ביישוב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איך המקום התחיל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הראיון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להודות למרואיין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בתשומת לב לתשובות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לרשום את מה שסיפרו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לתכנן שאלות לפני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השאלות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אדם אחד שחשוב לכם במעגל המשפחה שלכם, ולמה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בקצרה על חפץ אחד שיש לו סיפור במשפחה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דברים שאפשר למצוא בעץ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בזמן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לחפץ עם סיפור משפחתי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ומקום – המשפחה שלי והיישוב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